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זכויות ילדים לנגישות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בכתב על צדק ושוויון הזדמנויות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משפחה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מדדו את השביל וצילמו את המדרגות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רמפה, משטח קשיח ושולחן בגובה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להביא משחקי קופסה לשולחן שליד הדלת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התאומים הרעשנים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עידו אמר שזה בסדר, אבל ענבל ראתה שזה לא באמת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המנהלת הסבירה שהרמפה תיבנה רק בחופשה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הצוות גילה שהבעיה פוגעת ביותר מילד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משפט מפתח שאמרה דנה במועצה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(מתנייד בכיסא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(יוזמת את הקמת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(אומרת את המשפט על זכות על הנייר)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(מסבירה שהרמפה תיבנה בחופשה)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(אחים של המשפחה האומנת)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עידו נשאר ליד הדלת כי השביל לא נגיש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ענבל מספרת למשפחה האומנת על עידו בארוחת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 הפינה בודק את הבעיה ומודד את השביל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מציג הצעה במועצת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עידו מציע פתרון זמני עם משחקי 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הרמפה נחנכת ועידו עולה עליה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אף אחד לא שאל אותה את דעתה קודם, וזה גרם לה להרגיש שהיא חשובה ושהקול שלה נחשב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שנגישות היא בעיה שמשפיעה על הרבה אנשים, לא רק על מי שיש לו מוגבלות קבועה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מדרגות ומשטח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רמפה, משטח קשיח ושולחן בגובה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חייבת להיות ניתנת למימוש בפועל, לא רק קיימת בתיאוריה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בקול לפני מילוי הדף, ואפשר להיעזר בהקראה הקיימת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בכיתה על מקומות נגישים ולא נגישים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שהשיתוף בשאלות האישיות נשאר וולונטרי ולא לכפות על אף תלמיד לספר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עידו, ילד המתנייד בכיסא גלגלים, ועל ענבל וחבריה שפועלים כדי שכולם יוכלו להגיע לפינת המשחקים. דף זה יעזור לכם להבין את הסיפור לעומק.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מנע מעידו להגיע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הפינה הייתה סגורה בהפסקות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גרה ענבל?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 בפנימייה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שאל את ענבל מה דעתה?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צוות הפינה כדי לבדוק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כתבו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מדדו את השביל וצילמו את המדרגות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רמפה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התלוננו למנהלת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הציע הצוות במועצת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את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רמפה, משטח קשיח ושולחן בגובה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את הפינה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כיסא גלגלים חדש לעידו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הציע עידו לעשות בינתיים, עד שהרמפה תיבנה?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משחקי קופסה לשולחן שליד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 למנהלת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לשחק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רץ על הרמפה אחרי עידו ביום החנוכה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ויוסף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התאומים הרעשנים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הגן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תמיד אמר שהוא כועס שהוא לא יכול להגיע לפינה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ענבל גרה עם המשפחה האומנת שלה כבר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הרמפה נבנתה מיד למחרת ההצעה במועצה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ילדה עם רגל בגבס התקשתה להגיע לפינה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אמרה שזכות שאי אפשר להגיע אליה היא זכות רק על הנייר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עידו מתנייד בכיסא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ענבל גרה עם משפחה __________ כבר שלוש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הצוות הקים נקרא __________ הפינה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המדרגות הציעו לבנות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דנה אמרה שזכות שאי אפשר להגיע אליה היא זכות רק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עידו הציע להביא משחקי __________ לשולחן שליד הדלת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מסבירה שהרמפה תיבנה בחופשה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אומרת את המשפט על זכות על הנייר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יוזמת את הקמת צוות הפינה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המנהלת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אחים של המשפחה האומנת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התאומים הרעשנים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מתנייד בכיסא גלגלים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מציג הצעה במועצת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מציע פתרון זמני עם משחקי קופסה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נשאר ליד הדלת כי השביל לא נגיש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הפינה בודק את הבעיה ומודד את השביל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הרמפה נחנכת ועידו עולה עליה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ענבל מספרת למשפחה האומנת על עידו בארוחת הערב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השאלה של משה - מה את חושבת שאפשר לעשות - הייתה חשובה לענבל?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מהעובדה שגם ילדה עם רגל בגבס וגם ילדי גן התקשו להגיע לפינה?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מנע מעידו להגיע לפינת המשחקים?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הציע הצוות לשנות כדי להפוך את הפינה לנגישה?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שזכות שאי אפשר להגיע אליה היא זכות רק על הנייר?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- הפינה שכולם יכולים להגיע אליה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