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- הפינה שכולם יכולים להגיע אליה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המסר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זכויות ילדים לנגישות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דעה בכתב על צדק ושוויון הזדמנויות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מדרגות ומשטח חול בשביל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עם משפחה אומנת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מדדו את השביל וצילמו את המדרגות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עידו אמר שזה בסדר, אבל ענבל ראתה שזה לא באמת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(מתנייד בכיסא גלגלים)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(יוזמת את הקמת צוות הפינה)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(אומרת את המשפט על זכות על הנייר)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(מסבירה שהרמפה תיבנה בחופשה)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עידו נשאר ליד הדלת כי השביל לא נגיש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ענבל מספרת למשפחה האומנת על עידו בארוחת הערב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 הפינה בודק את הבעיה ומודד את השביל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הצוות מציג הצעה במועצת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אף אחד לא שאל אותה את דעתה קודם, וזה גרם לה להרגיש שהיא חשובה ושהקול שלה נחשב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מדרגות ומשטח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רמפה, משטח קשיח ושולחן בגובה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חייבת להיות ניתנת למימוש בפועל, לא רק קיימת בתיאוריה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הסיפור בקול לפני מילוי הדף, ואפשר להיעזר בהקראה הקיימת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קצר בכיתה על מקומות נגישים ולא נגישים לפני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לוודא שהשיתוף בשאלות האישיות נשאר וולונטרי ולא לכפות על אף תלמיד לספר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- הפינה שכולם יכולים להגיע אליה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מספר על עידו, ילד המתנייד בכיסא גלגלים, ועל ענבל וחבריה שפועלים כדי שכולם יוכלו להגיע לפינת המשחקים. דף זה יעזור לכם להבין את הסיפור לעומק.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אומנת  ·  גלגלים  ·  צוות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מנע מעידו להגיע לפינת המשחקים?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לא אהב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מדרגות ומשטח חול בשביל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 אסרה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מי גרה ענבל?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סבא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משפחה אומנת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לבד בפנימייה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עשה צוות הפינה כדי לבדוק את הבעיה?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כתבו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מדדו את השביל וצילמו את המדרגות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בנו רמפה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עידו תמיד אמר שהוא כועס שהוא לא יכול להגיע לפינה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ענבל גרה עם המשפחה האומנת שלה כבר שלוש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עידו מתנייד בכיסא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ענבל גרה עם משפחה __________ כבר שלוש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הצוות הקים נקרא __________ הפינה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יוזמת את הקמת צוות הפינה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ענבל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מסבירה שהרמפה תיבנה בחופשה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מתנייד בכיסא גלגלים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המנהלת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אומרת את המשפט על זכות על הנייר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צוות הפינה בודק את הבעיה ומודד את השביל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הצוות מציג הצעה במועצת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עידו נשאר ליד הדלת כי השביל לא נגיש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ענבל מספרת למשפחה האומנת על עידו בארוחת הערב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לדעתכם השאלה של משה - מה את חושבת שאפשר לעשות - הייתה חשובה לענבל?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מנע מעידו להגיע לפינת המשחקים?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הציע הצוות לשנות כדי להפוך את הפינה לנגישה?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- הפינה שכולם יכולים להגיע אליה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